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3AC11" w14:textId="575B8CA8" w:rsidR="004D7E0A" w:rsidRPr="008927A5" w:rsidRDefault="00000000">
      <w:pPr>
        <w:jc w:val="center"/>
      </w:pPr>
      <w:r w:rsidRPr="008927A5">
        <w:rPr>
          <w:b/>
          <w:sz w:val="36"/>
        </w:rPr>
        <w:t xml:space="preserve">МЕЖФАКУЛЬТЕТСКИЙ ПРОЕКТ </w:t>
      </w:r>
      <w:r w:rsidR="008927A5" w:rsidRPr="008927A5">
        <w:rPr>
          <w:b/>
          <w:sz w:val="36"/>
        </w:rPr>
        <w:br/>
      </w:r>
      <w:r w:rsidRPr="008927A5">
        <w:rPr>
          <w:b/>
          <w:sz w:val="36"/>
        </w:rPr>
        <w:t>«КОВЧЕГ ЗНАНИЙ МГУ»</w:t>
      </w:r>
    </w:p>
    <w:p w14:paraId="69BFD7D8" w14:textId="77777777" w:rsidR="004D7E0A" w:rsidRPr="008927A5" w:rsidRDefault="004D7E0A"/>
    <w:p w14:paraId="4FAD95C0" w14:textId="77777777" w:rsidR="004D7E0A" w:rsidRPr="008927A5" w:rsidRDefault="00000000">
      <w:r w:rsidRPr="008927A5">
        <w:rPr>
          <w:b/>
          <w:sz w:val="28"/>
        </w:rPr>
        <w:t>1. АНКЕТА УЧАСТНИКА (обязательная часть)</w:t>
      </w:r>
    </w:p>
    <w:p w14:paraId="5156CDDA" w14:textId="77777777" w:rsidR="004D7E0A" w:rsidRPr="008927A5" w:rsidRDefault="00000000">
      <w:r w:rsidRPr="008927A5">
        <w:t>Инструкция: отвечайте максимально конкретно и проверяемо. Если чего-то не знаете — так и пишите (это нормально и помогает назначить корректную роль и план обучения).</w:t>
      </w:r>
    </w:p>
    <w:p w14:paraId="0A23FBA4" w14:textId="77777777" w:rsidR="004D7E0A" w:rsidRPr="008927A5" w:rsidRDefault="00000000">
      <w:r w:rsidRPr="008927A5">
        <w:rPr>
          <w:b/>
          <w:sz w:val="24"/>
        </w:rPr>
        <w:t>A. Административные сведения</w:t>
      </w:r>
    </w:p>
    <w:p w14:paraId="21797515" w14:textId="77777777" w:rsidR="004D7E0A" w:rsidRPr="008927A5" w:rsidRDefault="00000000">
      <w:pPr>
        <w:pStyle w:val="a0"/>
      </w:pPr>
      <w:r w:rsidRPr="008927A5">
        <w:t>ФИО: ________________________________</w:t>
      </w:r>
    </w:p>
    <w:p w14:paraId="4B8D6A70" w14:textId="77777777" w:rsidR="004D7E0A" w:rsidRPr="008927A5" w:rsidRDefault="00000000">
      <w:pPr>
        <w:pStyle w:val="a0"/>
      </w:pPr>
      <w:r w:rsidRPr="008927A5">
        <w:t>Факультет/институт, программа, курс: ________________________________</w:t>
      </w:r>
    </w:p>
    <w:p w14:paraId="0B39334A" w14:textId="77777777" w:rsidR="004D7E0A" w:rsidRPr="008927A5" w:rsidRDefault="00000000">
      <w:pPr>
        <w:pStyle w:val="a0"/>
      </w:pPr>
      <w:r w:rsidRPr="008927A5">
        <w:t>Статус (бакалавр/магистр/аспирант/сотрудник/другое): ________________________________</w:t>
      </w:r>
    </w:p>
    <w:p w14:paraId="2C71673D" w14:textId="77777777" w:rsidR="004D7E0A" w:rsidRPr="008927A5" w:rsidRDefault="00000000">
      <w:pPr>
        <w:pStyle w:val="a0"/>
      </w:pPr>
      <w:r w:rsidRPr="008927A5">
        <w:t xml:space="preserve">Контактный </w:t>
      </w:r>
      <w:proofErr w:type="spellStart"/>
      <w:r w:rsidRPr="008927A5">
        <w:t>e-mail</w:t>
      </w:r>
      <w:proofErr w:type="spellEnd"/>
      <w:r w:rsidRPr="008927A5">
        <w:t>: ________________________________</w:t>
      </w:r>
    </w:p>
    <w:p w14:paraId="15926255" w14:textId="77777777" w:rsidR="004D7E0A" w:rsidRPr="008927A5" w:rsidRDefault="00000000">
      <w:pPr>
        <w:pStyle w:val="a0"/>
      </w:pPr>
      <w:r w:rsidRPr="008927A5">
        <w:t>Контакт в мессенджере (ник/ссылка): ________________________________</w:t>
      </w:r>
    </w:p>
    <w:p w14:paraId="2BD3222F" w14:textId="77777777" w:rsidR="004D7E0A" w:rsidRPr="008927A5" w:rsidRDefault="00000000">
      <w:pPr>
        <w:pStyle w:val="a0"/>
      </w:pPr>
      <w:r w:rsidRPr="008927A5">
        <w:t>Город и часовой пояс: ________________________________</w:t>
      </w:r>
    </w:p>
    <w:p w14:paraId="5DD32D9A" w14:textId="77777777" w:rsidR="004D7E0A" w:rsidRPr="008927A5" w:rsidRDefault="00000000">
      <w:r w:rsidRPr="008927A5">
        <w:rPr>
          <w:b/>
          <w:sz w:val="24"/>
        </w:rPr>
        <w:t>B. Доступность и ограничения (операционные)</w:t>
      </w:r>
    </w:p>
    <w:p w14:paraId="0989668F" w14:textId="77777777" w:rsidR="004D7E0A" w:rsidRPr="008927A5" w:rsidRDefault="00000000">
      <w:pPr>
        <w:pStyle w:val="a"/>
      </w:pPr>
      <w:r w:rsidRPr="008927A5">
        <w:t>Сколько времени в неделю вы готовы выделять на работу в проекте (часы/неделю</w:t>
      </w:r>
      <w:proofErr w:type="gramStart"/>
      <w:r w:rsidRPr="008927A5">
        <w:t>)?:</w:t>
      </w:r>
      <w:proofErr w:type="gramEnd"/>
      <w:r w:rsidRPr="008927A5">
        <w:t xml:space="preserve"> ________</w:t>
      </w:r>
    </w:p>
    <w:p w14:paraId="773027DB" w14:textId="77777777" w:rsidR="004D7E0A" w:rsidRPr="008927A5" w:rsidRDefault="00000000">
      <w:pPr>
        <w:pStyle w:val="a"/>
      </w:pPr>
      <w:r w:rsidRPr="008927A5">
        <w:t>Пиковые ограничения по времени (сессия, работа, практики, поездки): __________________</w:t>
      </w:r>
    </w:p>
    <w:p w14:paraId="0D75E756" w14:textId="77777777" w:rsidR="004D7E0A" w:rsidRPr="008927A5" w:rsidRDefault="00000000">
      <w:pPr>
        <w:pStyle w:val="a"/>
      </w:pPr>
      <w:r w:rsidRPr="008927A5">
        <w:t>Предпочтительное время для командных встреч (утро/день/вечер; дни недели): __________________</w:t>
      </w:r>
    </w:p>
    <w:p w14:paraId="7F387B92" w14:textId="77777777" w:rsidR="004D7E0A" w:rsidRPr="008927A5" w:rsidRDefault="00000000">
      <w:pPr>
        <w:pStyle w:val="a"/>
      </w:pPr>
      <w:r w:rsidRPr="008927A5">
        <w:t xml:space="preserve">Есть ли ограничения по доступу к внешним сервисам (VPN, </w:t>
      </w:r>
      <w:proofErr w:type="spellStart"/>
      <w:r w:rsidRPr="008927A5">
        <w:t>GitHub</w:t>
      </w:r>
      <w:proofErr w:type="spellEnd"/>
      <w:r w:rsidRPr="008927A5">
        <w:t>, облака, LLM‑сервисы)? Опишите: __________________</w:t>
      </w:r>
    </w:p>
    <w:p w14:paraId="34E98C1F" w14:textId="77777777" w:rsidR="004D7E0A" w:rsidRPr="008927A5" w:rsidRDefault="00000000">
      <w:r w:rsidRPr="008927A5">
        <w:rPr>
          <w:b/>
          <w:sz w:val="24"/>
        </w:rPr>
        <w:t>C. Мотивация и фокус интересов</w:t>
      </w:r>
    </w:p>
    <w:p w14:paraId="7EB1534E" w14:textId="77777777" w:rsidR="004D7E0A" w:rsidRDefault="00000000">
      <w:pPr>
        <w:pStyle w:val="a"/>
      </w:pPr>
      <w:r w:rsidRPr="008927A5">
        <w:t>Почему вы хотите участвовать в проекте «Ковчег знаний МГУ»? (5–12 предложений)</w:t>
      </w:r>
    </w:p>
    <w:p w14:paraId="7FE4FFFD" w14:textId="1425FA7E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5CA19E70" w14:textId="4AD488D9" w:rsidR="008927A5" w:rsidRDefault="00000000" w:rsidP="008927A5">
      <w:pPr>
        <w:pStyle w:val="a"/>
      </w:pPr>
      <w:r w:rsidRPr="008927A5">
        <w:t>Какие 2–3 результата вы хотите получить за семестр? (артефакты/портфолио/научный результат/практический прототип)</w:t>
      </w:r>
    </w:p>
    <w:p w14:paraId="4918EF50" w14:textId="2FFB5252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587A9F0B" w14:textId="630264EE" w:rsidR="008927A5" w:rsidRPr="008927A5" w:rsidRDefault="00000000" w:rsidP="008927A5">
      <w:pPr>
        <w:pStyle w:val="a"/>
      </w:pPr>
      <w:r w:rsidRPr="008927A5">
        <w:t>Какие направления проекта вам наиболее интересны? (выберите до 3)</w:t>
      </w:r>
      <w:r w:rsidR="008927A5">
        <w:t xml:space="preserve"> </w:t>
      </w:r>
      <w:r w:rsidR="008927A5" w:rsidRPr="008927A5">
        <w:t>__________________</w:t>
      </w:r>
    </w:p>
    <w:p w14:paraId="56437DD6" w14:textId="77777777" w:rsidR="004D7E0A" w:rsidRDefault="00000000">
      <w:pPr>
        <w:pStyle w:val="a"/>
      </w:pPr>
      <w:r w:rsidRPr="008927A5">
        <w:t>На какой курс/траекторию вы ориентируетесь сейчас: МФК‑0 / МФК‑1 / МФК‑S / МФК‑5 (можно несколько) и почему?</w:t>
      </w:r>
    </w:p>
    <w:p w14:paraId="7601BD01" w14:textId="3BBCCC1F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763F5A46" w14:textId="77777777" w:rsidR="004D7E0A" w:rsidRPr="008927A5" w:rsidRDefault="00000000">
      <w:r w:rsidRPr="008927A5">
        <w:rPr>
          <w:b/>
          <w:sz w:val="24"/>
        </w:rPr>
        <w:t>D. Роли (основная и резервная)</w:t>
      </w:r>
    </w:p>
    <w:p w14:paraId="77771FF8" w14:textId="77777777" w:rsidR="004D7E0A" w:rsidRPr="008927A5" w:rsidRDefault="00000000">
      <w:r w:rsidRPr="008927A5">
        <w:t>Выберите 1 основную роль и 1 резервную (и поясните выбор 2–3 предложениями).</w:t>
      </w:r>
    </w:p>
    <w:p w14:paraId="301266B4" w14:textId="77777777" w:rsidR="004D7E0A" w:rsidRPr="008927A5" w:rsidRDefault="00000000">
      <w:pPr>
        <w:pStyle w:val="a0"/>
      </w:pPr>
      <w:r w:rsidRPr="008927A5">
        <w:t xml:space="preserve">Инженер графа знаний / </w:t>
      </w:r>
      <w:proofErr w:type="spellStart"/>
      <w:r w:rsidRPr="008927A5">
        <w:t>онтолог</w:t>
      </w:r>
      <w:proofErr w:type="spellEnd"/>
    </w:p>
    <w:p w14:paraId="4CFAD9BD" w14:textId="77777777" w:rsidR="004D7E0A" w:rsidRPr="008927A5" w:rsidRDefault="00000000">
      <w:pPr>
        <w:pStyle w:val="a0"/>
      </w:pPr>
      <w:r w:rsidRPr="008927A5">
        <w:lastRenderedPageBreak/>
        <w:t xml:space="preserve">Инженер данных (Data Engineering) / Data </w:t>
      </w:r>
      <w:proofErr w:type="spellStart"/>
      <w:r w:rsidRPr="008927A5">
        <w:t>steward</w:t>
      </w:r>
      <w:proofErr w:type="spellEnd"/>
      <w:r w:rsidRPr="008927A5">
        <w:t xml:space="preserve"> (качество/метаданные)</w:t>
      </w:r>
    </w:p>
    <w:p w14:paraId="4E7FF30A" w14:textId="77777777" w:rsidR="004D7E0A" w:rsidRPr="008927A5" w:rsidRDefault="00000000">
      <w:pPr>
        <w:pStyle w:val="a0"/>
      </w:pPr>
      <w:proofErr w:type="spellStart"/>
      <w:r w:rsidRPr="008927A5">
        <w:t>Backend</w:t>
      </w:r>
      <w:proofErr w:type="spellEnd"/>
      <w:r w:rsidRPr="008927A5">
        <w:t xml:space="preserve"> / API разработчик</w:t>
      </w:r>
    </w:p>
    <w:p w14:paraId="1D9B9622" w14:textId="77777777" w:rsidR="004D7E0A" w:rsidRPr="008927A5" w:rsidRDefault="00000000">
      <w:pPr>
        <w:pStyle w:val="a0"/>
      </w:pPr>
      <w:proofErr w:type="spellStart"/>
      <w:r w:rsidRPr="008927A5">
        <w:t>Frontend</w:t>
      </w:r>
      <w:proofErr w:type="spellEnd"/>
      <w:r w:rsidRPr="008927A5">
        <w:t xml:space="preserve"> / UX разработчик</w:t>
      </w:r>
    </w:p>
    <w:p w14:paraId="74DB6579" w14:textId="77777777" w:rsidR="004D7E0A" w:rsidRPr="008927A5" w:rsidRDefault="00000000">
      <w:pPr>
        <w:pStyle w:val="a0"/>
      </w:pPr>
      <w:r w:rsidRPr="008927A5">
        <w:t>DevOps / SRE / инфраструктура</w:t>
      </w:r>
    </w:p>
    <w:p w14:paraId="1FD0CBF8" w14:textId="77777777" w:rsidR="004D7E0A" w:rsidRPr="008927A5" w:rsidRDefault="00000000">
      <w:pPr>
        <w:pStyle w:val="a0"/>
      </w:pPr>
      <w:r w:rsidRPr="008927A5">
        <w:t>Информационная безопасность / DevSecOps / кибер‑граф (МФК‑5)</w:t>
      </w:r>
    </w:p>
    <w:p w14:paraId="282DAA0F" w14:textId="77777777" w:rsidR="004D7E0A" w:rsidRPr="008927A5" w:rsidRDefault="00000000">
      <w:pPr>
        <w:pStyle w:val="a0"/>
      </w:pPr>
      <w:r w:rsidRPr="008927A5">
        <w:t xml:space="preserve">Project </w:t>
      </w:r>
      <w:proofErr w:type="spellStart"/>
      <w:r w:rsidRPr="008927A5">
        <w:t>manager</w:t>
      </w:r>
      <w:proofErr w:type="spellEnd"/>
      <w:r w:rsidRPr="008927A5">
        <w:t xml:space="preserve"> / координатор (планирование, </w:t>
      </w:r>
      <w:proofErr w:type="spellStart"/>
      <w:r w:rsidRPr="008927A5">
        <w:t>бэклог</w:t>
      </w:r>
      <w:proofErr w:type="spellEnd"/>
      <w:r w:rsidRPr="008927A5">
        <w:t>, статусы)</w:t>
      </w:r>
    </w:p>
    <w:p w14:paraId="7AE1C76E" w14:textId="77777777" w:rsidR="004D7E0A" w:rsidRPr="008927A5" w:rsidRDefault="00000000">
      <w:pPr>
        <w:pStyle w:val="a0"/>
      </w:pPr>
      <w:r w:rsidRPr="008927A5">
        <w:t xml:space="preserve">Методист / технический писатель (учебные материалы, </w:t>
      </w:r>
      <w:proofErr w:type="spellStart"/>
      <w:r w:rsidRPr="008927A5">
        <w:t>runbook</w:t>
      </w:r>
      <w:proofErr w:type="spellEnd"/>
      <w:r w:rsidRPr="008927A5">
        <w:t>, документация)</w:t>
      </w:r>
    </w:p>
    <w:p w14:paraId="42ACB9D4" w14:textId="77777777" w:rsidR="004D7E0A" w:rsidRPr="008927A5" w:rsidRDefault="00000000">
      <w:pPr>
        <w:pStyle w:val="a0"/>
      </w:pPr>
      <w:r w:rsidRPr="008927A5">
        <w:t>Коммуникации / контент‑координатор (каналы, дайджесты, сайт)</w:t>
      </w:r>
    </w:p>
    <w:p w14:paraId="7761BF06" w14:textId="77777777" w:rsidR="004D7E0A" w:rsidRPr="008927A5" w:rsidRDefault="00000000">
      <w:pPr>
        <w:pStyle w:val="a0"/>
      </w:pPr>
      <w:r w:rsidRPr="008927A5">
        <w:t>QA / приёмка / контроль качества артефактов</w:t>
      </w:r>
    </w:p>
    <w:p w14:paraId="7BEA2E2E" w14:textId="77777777" w:rsidR="004D7E0A" w:rsidRPr="008927A5" w:rsidRDefault="00000000">
      <w:r w:rsidRPr="008927A5">
        <w:rPr>
          <w:b/>
          <w:sz w:val="24"/>
        </w:rPr>
        <w:t>E. Лидерский потенциал и готовность к ответственности (критично для запуска)</w:t>
      </w:r>
    </w:p>
    <w:p w14:paraId="61FA9538" w14:textId="77777777" w:rsidR="004D7E0A" w:rsidRPr="008927A5" w:rsidRDefault="00000000">
      <w:r w:rsidRPr="008927A5">
        <w:t>Отметьте готовность (0—не готов; 1—скорее не готов; 2—скорее готов; 3—готов и имею опыт).</w:t>
      </w:r>
    </w:p>
    <w:p w14:paraId="653B5E95" w14:textId="77777777" w:rsidR="004D7E0A" w:rsidRPr="008927A5" w:rsidRDefault="00000000">
      <w:pPr>
        <w:pStyle w:val="a0"/>
      </w:pPr>
      <w:r w:rsidRPr="008927A5">
        <w:t>Староста потока (организация дисциплины, объявления, поддержание правил коммуникаций): 0 1 2 3</w:t>
      </w:r>
    </w:p>
    <w:p w14:paraId="31A860C8" w14:textId="77777777" w:rsidR="004D7E0A" w:rsidRPr="008927A5" w:rsidRDefault="00000000">
      <w:pPr>
        <w:pStyle w:val="a0"/>
      </w:pPr>
      <w:r w:rsidRPr="008927A5">
        <w:t xml:space="preserve">Операционный координатор (дедлайны, контроль </w:t>
      </w:r>
      <w:proofErr w:type="spellStart"/>
      <w:r w:rsidRPr="008927A5">
        <w:t>онбординга</w:t>
      </w:r>
      <w:proofErr w:type="spellEnd"/>
      <w:r w:rsidRPr="008927A5">
        <w:t>, трекер задач): 0 1 2 3</w:t>
      </w:r>
    </w:p>
    <w:p w14:paraId="2395ACA7" w14:textId="77777777" w:rsidR="004D7E0A" w:rsidRPr="008927A5" w:rsidRDefault="00000000">
      <w:pPr>
        <w:pStyle w:val="a0"/>
      </w:pPr>
      <w:r w:rsidRPr="008927A5">
        <w:t>Координатор учебной среды (LMS/структура материалов/шаблоны): 0 1 2 3</w:t>
      </w:r>
    </w:p>
    <w:p w14:paraId="400D4DE5" w14:textId="77777777" w:rsidR="004D7E0A" w:rsidRPr="008927A5" w:rsidRDefault="00000000">
      <w:pPr>
        <w:pStyle w:val="a0"/>
      </w:pPr>
      <w:r w:rsidRPr="008927A5">
        <w:t>Координатор коммуникаций (каналы, новости, резюме встреч): 0 1 2 3</w:t>
      </w:r>
    </w:p>
    <w:p w14:paraId="5972321E" w14:textId="77777777" w:rsidR="004D7E0A" w:rsidRPr="008927A5" w:rsidRDefault="00000000">
      <w:pPr>
        <w:pStyle w:val="a0"/>
      </w:pPr>
      <w:r w:rsidRPr="008927A5">
        <w:t>Технический координатор поддержки (доступы, аккаунты, первичная техподдержка): 0 1 2 3</w:t>
      </w:r>
    </w:p>
    <w:p w14:paraId="0CF98045" w14:textId="77777777" w:rsidR="004D7E0A" w:rsidRPr="008927A5" w:rsidRDefault="00000000">
      <w:pPr>
        <w:pStyle w:val="a0"/>
      </w:pPr>
      <w:r w:rsidRPr="008927A5">
        <w:t>Технический лидер трека (постановка задач, код‑ревью, архитектурные решения): 0 1 2 3</w:t>
      </w:r>
    </w:p>
    <w:p w14:paraId="5ABA8299" w14:textId="77777777" w:rsidR="004D7E0A" w:rsidRPr="008927A5" w:rsidRDefault="00000000">
      <w:pPr>
        <w:pStyle w:val="a"/>
      </w:pPr>
      <w:r w:rsidRPr="008927A5">
        <w:t>Опишите 1–2 примера, когда вы брали ответственность (учебный проект/работа/волонтерство): задача → ваша роль → результат → метрики.</w:t>
      </w:r>
    </w:p>
    <w:p w14:paraId="403115E0" w14:textId="77777777" w:rsidR="004D7E0A" w:rsidRPr="008927A5" w:rsidRDefault="00000000">
      <w:pPr>
        <w:pStyle w:val="a"/>
      </w:pPr>
      <w:r w:rsidRPr="008927A5">
        <w:t>Готовы ли вы проводить 1 короткую статус‑сессию в неделю (15–20 минут) для своей мини‑команды? (да/нет) — поясните.</w:t>
      </w:r>
    </w:p>
    <w:p w14:paraId="36211A9A" w14:textId="77777777" w:rsidR="004D7E0A" w:rsidRPr="008927A5" w:rsidRDefault="00000000">
      <w:r w:rsidRPr="008927A5">
        <w:rPr>
          <w:b/>
          <w:sz w:val="24"/>
        </w:rPr>
        <w:t>F. Подтверждение опыта (портфолио)</w:t>
      </w:r>
    </w:p>
    <w:p w14:paraId="2F0652D3" w14:textId="77777777" w:rsidR="004D7E0A" w:rsidRDefault="00000000">
      <w:pPr>
        <w:pStyle w:val="a"/>
      </w:pPr>
      <w:r w:rsidRPr="008927A5">
        <w:t>Ссылки на репозитории/проекты (</w:t>
      </w:r>
      <w:proofErr w:type="spellStart"/>
      <w:r w:rsidRPr="008927A5">
        <w:t>GitHub</w:t>
      </w:r>
      <w:proofErr w:type="spellEnd"/>
      <w:r w:rsidRPr="008927A5">
        <w:t>/</w:t>
      </w:r>
      <w:proofErr w:type="spellStart"/>
      <w:r w:rsidRPr="008927A5">
        <w:t>GitLab</w:t>
      </w:r>
      <w:proofErr w:type="spellEnd"/>
      <w:r w:rsidRPr="008927A5">
        <w:t>/другое) — если есть.</w:t>
      </w:r>
    </w:p>
    <w:p w14:paraId="0652A079" w14:textId="2AE2FA28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20A42A11" w14:textId="77777777" w:rsidR="004D7E0A" w:rsidRDefault="00000000">
      <w:pPr>
        <w:pStyle w:val="a"/>
      </w:pPr>
      <w:r w:rsidRPr="008927A5">
        <w:t>Опишите 2–5 проектов: название → роль → стек → результат (1–3 строки на проект).</w:t>
      </w:r>
    </w:p>
    <w:p w14:paraId="221C1FA6" w14:textId="2BF6DAC1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54EE979B" w14:textId="77777777" w:rsidR="004D7E0A" w:rsidRDefault="00000000">
      <w:pPr>
        <w:pStyle w:val="a"/>
      </w:pPr>
      <w:r w:rsidRPr="008927A5">
        <w:t>Опыт командной разработки: размер команды, как работали (</w:t>
      </w:r>
      <w:proofErr w:type="spellStart"/>
      <w:r w:rsidRPr="008927A5">
        <w:t>issues</w:t>
      </w:r>
      <w:proofErr w:type="spellEnd"/>
      <w:r w:rsidRPr="008927A5">
        <w:t xml:space="preserve">, code </w:t>
      </w:r>
      <w:proofErr w:type="spellStart"/>
      <w:r w:rsidRPr="008927A5">
        <w:t>review</w:t>
      </w:r>
      <w:proofErr w:type="spellEnd"/>
      <w:r w:rsidRPr="008927A5">
        <w:t>, релизы).</w:t>
      </w:r>
    </w:p>
    <w:p w14:paraId="5EBBA682" w14:textId="5FEFC515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603AEF72" w14:textId="77777777" w:rsidR="004D7E0A" w:rsidRDefault="00000000">
      <w:pPr>
        <w:pStyle w:val="a"/>
      </w:pPr>
      <w:r w:rsidRPr="008927A5">
        <w:t>Публикации/доклады/курсовые/ВКР (если есть): тема → ваш вклад → где представлено.</w:t>
      </w:r>
    </w:p>
    <w:p w14:paraId="2780BDC1" w14:textId="10FC5568" w:rsidR="008927A5" w:rsidRPr="008927A5" w:rsidRDefault="008927A5" w:rsidP="008927A5">
      <w:pPr>
        <w:pStyle w:val="a"/>
        <w:numPr>
          <w:ilvl w:val="0"/>
          <w:numId w:val="0"/>
        </w:numPr>
        <w:ind w:left="360"/>
        <w:rPr>
          <w:b/>
          <w:bCs/>
        </w:rPr>
      </w:pPr>
      <w:r w:rsidRPr="008927A5">
        <w:t>__________________</w:t>
      </w:r>
    </w:p>
    <w:p w14:paraId="5000D5F5" w14:textId="77777777" w:rsidR="004D7E0A" w:rsidRPr="008927A5" w:rsidRDefault="00000000">
      <w:r w:rsidRPr="008927A5">
        <w:rPr>
          <w:b/>
          <w:sz w:val="24"/>
        </w:rPr>
        <w:t>G. Техническая среда и базовые инструменты</w:t>
      </w:r>
    </w:p>
    <w:p w14:paraId="4B1D0746" w14:textId="77777777" w:rsidR="004D7E0A" w:rsidRDefault="00000000">
      <w:pPr>
        <w:pStyle w:val="a"/>
      </w:pPr>
      <w:r w:rsidRPr="008927A5">
        <w:t>Ваше рабочее устройство: ОС, CPU/RAM, есть ли права администратора.</w:t>
      </w:r>
    </w:p>
    <w:p w14:paraId="5494D7DD" w14:textId="6D2A2AF3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33ACD828" w14:textId="77777777" w:rsidR="004D7E0A" w:rsidRDefault="00000000">
      <w:pPr>
        <w:pStyle w:val="a"/>
      </w:pPr>
      <w:r w:rsidRPr="008927A5">
        <w:t>Умеете ли вы устанавливать и запускать Docker/виртуальные машины? (да/нет/частично).</w:t>
      </w:r>
    </w:p>
    <w:p w14:paraId="551E57DA" w14:textId="081D26DB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08ED3433" w14:textId="77777777" w:rsidR="004D7E0A" w:rsidRDefault="00000000">
      <w:pPr>
        <w:pStyle w:val="a"/>
      </w:pPr>
      <w:r w:rsidRPr="008927A5">
        <w:t>Опыт работы с Linux (0–3): 0—нет; 1—базовые команды; 2—администрирование; 3—уверенно (сети/службы/права).</w:t>
      </w:r>
    </w:p>
    <w:p w14:paraId="71E8C84A" w14:textId="0A58BDE4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lastRenderedPageBreak/>
        <w:t>__________________</w:t>
      </w:r>
    </w:p>
    <w:p w14:paraId="0EF84ED0" w14:textId="77777777" w:rsidR="004D7E0A" w:rsidRDefault="00000000">
      <w:pPr>
        <w:pStyle w:val="a"/>
      </w:pPr>
      <w:proofErr w:type="spellStart"/>
      <w:r w:rsidRPr="008927A5">
        <w:t>Git</w:t>
      </w:r>
      <w:proofErr w:type="spellEnd"/>
      <w:r w:rsidRPr="008927A5">
        <w:t xml:space="preserve"> (0–3): 0—нет; 1—</w:t>
      </w:r>
      <w:proofErr w:type="spellStart"/>
      <w:r w:rsidRPr="008927A5">
        <w:t>commit</w:t>
      </w:r>
      <w:proofErr w:type="spellEnd"/>
      <w:r w:rsidRPr="008927A5">
        <w:t>/</w:t>
      </w:r>
      <w:proofErr w:type="spellStart"/>
      <w:r w:rsidRPr="008927A5">
        <w:t>push</w:t>
      </w:r>
      <w:proofErr w:type="spellEnd"/>
      <w:r w:rsidRPr="008927A5">
        <w:t>; 2—ветки/</w:t>
      </w:r>
      <w:proofErr w:type="spellStart"/>
      <w:r w:rsidRPr="008927A5">
        <w:t>merge</w:t>
      </w:r>
      <w:proofErr w:type="spellEnd"/>
      <w:r w:rsidRPr="008927A5">
        <w:t xml:space="preserve">; 3—PR/MR, </w:t>
      </w:r>
      <w:proofErr w:type="spellStart"/>
      <w:r w:rsidRPr="008927A5">
        <w:t>rebase</w:t>
      </w:r>
      <w:proofErr w:type="spellEnd"/>
      <w:r w:rsidRPr="008927A5">
        <w:t xml:space="preserve">, конфликт‑резолюция, code </w:t>
      </w:r>
      <w:proofErr w:type="spellStart"/>
      <w:r w:rsidRPr="008927A5">
        <w:t>review</w:t>
      </w:r>
      <w:proofErr w:type="spellEnd"/>
      <w:r w:rsidRPr="008927A5">
        <w:t>.</w:t>
      </w:r>
    </w:p>
    <w:p w14:paraId="0BCAD347" w14:textId="7F17F6EC" w:rsidR="008927A5" w:rsidRPr="008927A5" w:rsidRDefault="008927A5" w:rsidP="008927A5">
      <w:pPr>
        <w:pStyle w:val="a"/>
        <w:numPr>
          <w:ilvl w:val="0"/>
          <w:numId w:val="0"/>
        </w:numPr>
        <w:ind w:left="360"/>
      </w:pPr>
      <w:r w:rsidRPr="008927A5">
        <w:t>__________________</w:t>
      </w:r>
    </w:p>
    <w:p w14:paraId="66F44393" w14:textId="77777777" w:rsidR="004D7E0A" w:rsidRPr="008927A5" w:rsidRDefault="00000000">
      <w:r w:rsidRPr="008927A5">
        <w:rPr>
          <w:b/>
          <w:sz w:val="24"/>
        </w:rPr>
        <w:t>H. Матрица самооценки навыков (0–4)</w:t>
      </w:r>
    </w:p>
    <w:p w14:paraId="43D13937" w14:textId="77777777" w:rsidR="004D7E0A" w:rsidRPr="008927A5" w:rsidRDefault="00000000">
      <w:r w:rsidRPr="008927A5">
        <w:t>Шкала: 0 — не знаком; 1 — видел/делал по инструкции; 2 — делал самостоятельно; 3 — уверенно применяю; 4 — могу наставлять/оптимизировать.</w:t>
      </w:r>
    </w:p>
    <w:p w14:paraId="4C8CD283" w14:textId="77777777" w:rsidR="004D7E0A" w:rsidRPr="008927A5" w:rsidRDefault="00000000">
      <w:r w:rsidRPr="008927A5">
        <w:t>Заполните по направлениям (можно кратко, но честно):</w:t>
      </w:r>
    </w:p>
    <w:p w14:paraId="5174DC22" w14:textId="77777777" w:rsidR="004D7E0A" w:rsidRPr="008927A5" w:rsidRDefault="00000000">
      <w:pPr>
        <w:pStyle w:val="a0"/>
      </w:pPr>
      <w:r w:rsidRPr="008927A5">
        <w:t>Инженерия знаний: онтологии, RDF/OWL, SPARQL, правила/ограничения (например, SHACL), моделирование сущностей/связей: 0 1 2 3 4</w:t>
      </w:r>
    </w:p>
    <w:p w14:paraId="0B2DD773" w14:textId="77777777" w:rsidR="004D7E0A" w:rsidRPr="008927A5" w:rsidRDefault="00000000">
      <w:pPr>
        <w:pStyle w:val="a0"/>
      </w:pPr>
      <w:r w:rsidRPr="008927A5">
        <w:t xml:space="preserve">Инженерия данных: Python, ETL/ELT, качество данных, метаданные, версии, </w:t>
      </w:r>
      <w:proofErr w:type="spellStart"/>
      <w:r w:rsidRPr="008927A5">
        <w:t>lineage</w:t>
      </w:r>
      <w:proofErr w:type="spellEnd"/>
      <w:r w:rsidRPr="008927A5">
        <w:t>/прослеживаемость: 0 1 2 3 4</w:t>
      </w:r>
    </w:p>
    <w:p w14:paraId="78AF1B1C" w14:textId="77777777" w:rsidR="004D7E0A" w:rsidRPr="008927A5" w:rsidRDefault="00000000">
      <w:pPr>
        <w:pStyle w:val="a0"/>
      </w:pPr>
      <w:proofErr w:type="spellStart"/>
      <w:r w:rsidRPr="008927A5">
        <w:t>Backend</w:t>
      </w:r>
      <w:proofErr w:type="spellEnd"/>
      <w:r w:rsidRPr="008927A5">
        <w:t xml:space="preserve">/API: REST, </w:t>
      </w:r>
      <w:proofErr w:type="spellStart"/>
      <w:r w:rsidRPr="008927A5">
        <w:t>GraphQL</w:t>
      </w:r>
      <w:proofErr w:type="spellEnd"/>
      <w:r w:rsidRPr="008927A5">
        <w:t>, аутентификация/авторизация, документация API: 0 1 2 3 4</w:t>
      </w:r>
    </w:p>
    <w:p w14:paraId="70AFF42F" w14:textId="77777777" w:rsidR="004D7E0A" w:rsidRPr="008927A5" w:rsidRDefault="00000000">
      <w:pPr>
        <w:pStyle w:val="a0"/>
      </w:pPr>
      <w:proofErr w:type="spellStart"/>
      <w:r w:rsidRPr="008927A5">
        <w:t>Frontend</w:t>
      </w:r>
      <w:proofErr w:type="spellEnd"/>
      <w:r w:rsidRPr="008927A5">
        <w:t xml:space="preserve">/UX: </w:t>
      </w:r>
      <w:proofErr w:type="spellStart"/>
      <w:r w:rsidRPr="008927A5">
        <w:t>React</w:t>
      </w:r>
      <w:proofErr w:type="spellEnd"/>
      <w:r w:rsidRPr="008927A5">
        <w:t>/</w:t>
      </w:r>
      <w:proofErr w:type="spellStart"/>
      <w:r w:rsidRPr="008927A5">
        <w:t>Vue</w:t>
      </w:r>
      <w:proofErr w:type="spellEnd"/>
      <w:r w:rsidRPr="008927A5">
        <w:t>, прототипирование, UX‑исследования, дизайн‑системы: 0 1 2 3 4</w:t>
      </w:r>
    </w:p>
    <w:p w14:paraId="2937A863" w14:textId="77777777" w:rsidR="004D7E0A" w:rsidRPr="008927A5" w:rsidRDefault="00000000">
      <w:pPr>
        <w:pStyle w:val="a0"/>
      </w:pPr>
      <w:r w:rsidRPr="008927A5">
        <w:t xml:space="preserve">DevOps/SRE: CI/CD, контейнеризация, мониторинг, </w:t>
      </w:r>
      <w:proofErr w:type="spellStart"/>
      <w:r w:rsidRPr="008927A5">
        <w:t>алертинг</w:t>
      </w:r>
      <w:proofErr w:type="spellEnd"/>
      <w:r w:rsidRPr="008927A5">
        <w:t>, IaC, секреты, SSO: 0 1 2 3 4</w:t>
      </w:r>
    </w:p>
    <w:p w14:paraId="57439470" w14:textId="77777777" w:rsidR="004D7E0A" w:rsidRPr="008927A5" w:rsidRDefault="00000000">
      <w:pPr>
        <w:pStyle w:val="a0"/>
      </w:pPr>
      <w:r w:rsidRPr="008927A5">
        <w:t xml:space="preserve">Информационная безопасность: threat </w:t>
      </w:r>
      <w:proofErr w:type="spellStart"/>
      <w:r w:rsidRPr="008927A5">
        <w:t>modeling</w:t>
      </w:r>
      <w:proofErr w:type="spellEnd"/>
      <w:r w:rsidRPr="008927A5">
        <w:t>, secure‑SDLC, управление уязвимостями, CTI/инциденты, журналирование: 0 1 2 3 4</w:t>
      </w:r>
    </w:p>
    <w:p w14:paraId="56A2688C" w14:textId="77777777" w:rsidR="004D7E0A" w:rsidRPr="008927A5" w:rsidRDefault="00000000">
      <w:pPr>
        <w:pStyle w:val="a0"/>
      </w:pPr>
      <w:r w:rsidRPr="008927A5">
        <w:t xml:space="preserve">Проектное управление: </w:t>
      </w:r>
      <w:proofErr w:type="spellStart"/>
      <w:r w:rsidRPr="008927A5">
        <w:t>бэклог</w:t>
      </w:r>
      <w:proofErr w:type="spellEnd"/>
      <w:r w:rsidRPr="008927A5">
        <w:t>, спринты, риски, качество, RACI, протоколы встреч: 0 1 2 3 4</w:t>
      </w:r>
    </w:p>
    <w:p w14:paraId="2F91B739" w14:textId="77777777" w:rsidR="004D7E0A" w:rsidRPr="008927A5" w:rsidRDefault="00000000">
      <w:pPr>
        <w:pStyle w:val="a0"/>
      </w:pPr>
      <w:r w:rsidRPr="008927A5">
        <w:t>Методическая/документальная работа: конспекты, инструкции, стандарты оформления, редактура: 0 1 2 3 4</w:t>
      </w:r>
    </w:p>
    <w:p w14:paraId="042EE2EC" w14:textId="77777777" w:rsidR="004D7E0A" w:rsidRPr="008927A5" w:rsidRDefault="00000000">
      <w:pPr>
        <w:pStyle w:val="a0"/>
      </w:pPr>
      <w:r w:rsidRPr="008927A5">
        <w:t>Коммуникации: ведение каналов, дайджесты, модерация, организация мероприятий: 0 1 2 3 4</w:t>
      </w:r>
    </w:p>
    <w:p w14:paraId="15C429B7" w14:textId="77777777" w:rsidR="004D7E0A" w:rsidRPr="008927A5" w:rsidRDefault="00000000">
      <w:r w:rsidRPr="008927A5">
        <w:rPr>
          <w:b/>
          <w:sz w:val="24"/>
        </w:rPr>
        <w:t>I. Короткие ситуационные вопросы (честность и зрелость)</w:t>
      </w:r>
    </w:p>
    <w:p w14:paraId="21810AE1" w14:textId="77777777" w:rsidR="004D7E0A" w:rsidRPr="008927A5" w:rsidRDefault="00000000">
      <w:pPr>
        <w:pStyle w:val="a"/>
      </w:pPr>
      <w:r w:rsidRPr="008927A5">
        <w:t>Если вы не успеваете к дедлайну, что вы сделаете (по шагам, 3–6 пунктов)?</w:t>
      </w:r>
    </w:p>
    <w:p w14:paraId="6E8B1275" w14:textId="77777777" w:rsidR="004D7E0A" w:rsidRPr="008927A5" w:rsidRDefault="00000000">
      <w:pPr>
        <w:pStyle w:val="a"/>
      </w:pPr>
      <w:r w:rsidRPr="008927A5">
        <w:t>Как вы понимаете «воспроизводимость результата» в инженерном проекте? Дайте пример.</w:t>
      </w:r>
    </w:p>
    <w:p w14:paraId="684FFF99" w14:textId="77777777" w:rsidR="004D7E0A" w:rsidRPr="008927A5" w:rsidRDefault="00000000">
      <w:pPr>
        <w:pStyle w:val="a"/>
      </w:pPr>
      <w:r w:rsidRPr="008927A5">
        <w:t>Опишите ваш идеальный формат обратной связи/ревью (как вам удобнее получать замечания).</w:t>
      </w:r>
    </w:p>
    <w:p w14:paraId="600D7C67" w14:textId="77777777" w:rsidR="004D7E0A" w:rsidRPr="008927A5" w:rsidRDefault="00000000">
      <w:r w:rsidRPr="008927A5">
        <w:rPr>
          <w:b/>
          <w:sz w:val="28"/>
        </w:rPr>
        <w:t>2. МИНИ‑ТЕСТ (общий блок + блоки по трекам)</w:t>
      </w:r>
    </w:p>
    <w:p w14:paraId="0C861D6F" w14:textId="77777777" w:rsidR="004D7E0A" w:rsidRPr="008927A5" w:rsidRDefault="00000000">
      <w:r w:rsidRPr="008927A5">
        <w:rPr>
          <w:b/>
          <w:sz w:val="24"/>
        </w:rPr>
        <w:t>2.1. Общий блок (для всех) — 10 вопросов</w:t>
      </w:r>
    </w:p>
    <w:p w14:paraId="1023E061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1) Что является базовой единицей представления знания в проекте: (а) статья; (б) атомарный факт; (в) файл PDF; (г) заметка в чате.</w:t>
      </w:r>
    </w:p>
    <w:p w14:paraId="4B6398EE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2) В чём ключевая разница между «поиском по документам» и «работой со знанием»? (1–2 предложения).</w:t>
      </w:r>
    </w:p>
    <w:p w14:paraId="46EEC0AF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Определите термины: «онтология» и «таксономия». Чем они отличаются?</w:t>
      </w:r>
    </w:p>
    <w:p w14:paraId="5062D00A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Зачем нужны метаданные факта (источник, версия, автор правки, дата)? Укажите 2–3 причины.</w:t>
      </w:r>
    </w:p>
    <w:p w14:paraId="79D400FF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Что такое RACI‑матрица и зачем она нужна в командной работе?</w:t>
      </w:r>
    </w:p>
    <w:p w14:paraId="55373005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Что значит «артефакт проекта»? Приведите 3 примера артефактов для нашего контекста.</w:t>
      </w:r>
    </w:p>
    <w:p w14:paraId="413A138C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lastRenderedPageBreak/>
        <w:t>7) Воспроизводимость: какие 3 элемента должны быть в README, чтобы другой участник повторил результат?</w:t>
      </w:r>
    </w:p>
    <w:p w14:paraId="6C0CB2A1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Данные и качество: назовите 3 типичных источника ошибок/искажений данных и как их выявлять.</w:t>
      </w:r>
    </w:p>
    <w:p w14:paraId="3E2DC359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9) Безопасность: что такое принцип наименьших привилегий и почему он важен?</w:t>
      </w:r>
    </w:p>
    <w:p w14:paraId="7CAC06B8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10) Что бы вы назвали «успешным вкладом за 2 недели» в проектный курс? (2–4 пункта).</w:t>
      </w:r>
    </w:p>
    <w:p w14:paraId="6E8AB56E" w14:textId="77777777" w:rsidR="004D7E0A" w:rsidRPr="008927A5" w:rsidRDefault="00000000">
      <w:r w:rsidRPr="008927A5">
        <w:rPr>
          <w:b/>
          <w:sz w:val="24"/>
        </w:rPr>
        <w:t>2.2. Трек «Инфраструктура / DevOps / SRE» — 10 вопросов</w:t>
      </w:r>
    </w:p>
    <w:p w14:paraId="5A5F2F13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1) Что такое контейнер (Docker) и чем он отличается от виртуальной машины?</w:t>
      </w:r>
    </w:p>
    <w:p w14:paraId="109DDE52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 xml:space="preserve">2) Что такое CI/CD и какие типичные стадии </w:t>
      </w:r>
      <w:proofErr w:type="spellStart"/>
      <w:r w:rsidRPr="008927A5">
        <w:t>пайплайна</w:t>
      </w:r>
      <w:proofErr w:type="spellEnd"/>
      <w:r w:rsidRPr="008927A5">
        <w:t xml:space="preserve"> вы бы сделали для проекта?</w:t>
      </w:r>
    </w:p>
    <w:p w14:paraId="1366B148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Что такое секрет (пароль/токен/ключ) и почему нельзя хранить секреты в репозитории?</w:t>
      </w:r>
    </w:p>
    <w:p w14:paraId="65ABC130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Что такое RBAC (роль‑ориентированное управление доступом) и где оно применимо?</w:t>
      </w:r>
    </w:p>
    <w:p w14:paraId="091F4AD2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Какие метрики/логи вы бы собирали для сервиса (2–3 примера)?</w:t>
      </w:r>
    </w:p>
    <w:p w14:paraId="108621D9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Что такое бэкап и чем отличается полный бэкап от инкрементального?</w:t>
      </w:r>
    </w:p>
    <w:p w14:paraId="04CD4738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7) Назовите 3 типичные причины падения сервиса после деплоя и как их диагностировать.</w:t>
      </w:r>
    </w:p>
    <w:p w14:paraId="5231EA76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Опишите минимальный состав «учебного контура» разработки: репозиторий, трекер, хранилище, чат, мониторинг (с пояснениями).</w:t>
      </w:r>
    </w:p>
    <w:p w14:paraId="5FFC96C5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9) Что такое IaC (инфраструктура как код) и зачем она нужна?</w:t>
      </w:r>
    </w:p>
    <w:p w14:paraId="7830DE9A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10) Сценарий: «у студента не работает доступ к репозиторию» — какие шаги техподдержки?</w:t>
      </w:r>
    </w:p>
    <w:p w14:paraId="05D8AE63" w14:textId="77777777" w:rsidR="004D7E0A" w:rsidRPr="008927A5" w:rsidRDefault="00000000">
      <w:r w:rsidRPr="008927A5">
        <w:rPr>
          <w:b/>
          <w:sz w:val="24"/>
        </w:rPr>
        <w:t>2.3. Трек «Граф знаний / Онтологии / Данные» — 10 вопросов</w:t>
      </w:r>
    </w:p>
    <w:p w14:paraId="64A6C9EE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1) Опишите, что такое сущность и отношение (связь) на примере выбранного домена.</w:t>
      </w:r>
    </w:p>
    <w:p w14:paraId="6D9D919D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2) Что такое триплет (</w:t>
      </w:r>
      <w:proofErr w:type="spellStart"/>
      <w:r w:rsidRPr="008927A5">
        <w:t>subject‑predicate‑object</w:t>
      </w:r>
      <w:proofErr w:type="spellEnd"/>
      <w:r w:rsidRPr="008927A5">
        <w:t>) и зачем он нужен?</w:t>
      </w:r>
    </w:p>
    <w:p w14:paraId="50E8324A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Чем отличаются «класс» и «экземпляр» в онтологии?</w:t>
      </w:r>
    </w:p>
    <w:p w14:paraId="76DE1D44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Что такое SPARQL‑запрос (на уровне идеи)? Какие 2 типа задач он решает?</w:t>
      </w:r>
    </w:p>
    <w:p w14:paraId="4215B87B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Назовите 3 свойства хорошей доменной модели (корректность/полнота/непротиворечивость и т.п.).</w:t>
      </w:r>
    </w:p>
    <w:p w14:paraId="56532D69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Что такое ограничение/правило качества в графе (например, «у факта должен быть источник»)? Приведите 2 примера.</w:t>
      </w:r>
    </w:p>
    <w:p w14:paraId="5001F01B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 xml:space="preserve">7) Что такое data </w:t>
      </w:r>
      <w:proofErr w:type="spellStart"/>
      <w:r w:rsidRPr="008927A5">
        <w:t>lineage</w:t>
      </w:r>
      <w:proofErr w:type="spellEnd"/>
      <w:r w:rsidRPr="008927A5">
        <w:t xml:space="preserve"> (прослеживаемость) в данных/графе?</w:t>
      </w:r>
    </w:p>
    <w:p w14:paraId="75652947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Как вы бы обрабатывали противоречащие друг другу источники? (2–4 шага).</w:t>
      </w:r>
    </w:p>
    <w:p w14:paraId="44ED7118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9) Сценарий: «нужно расширить модель под новый источник» — как не сломать существующие запросы?</w:t>
      </w:r>
    </w:p>
    <w:p w14:paraId="64187990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 xml:space="preserve">10) Коротко: что такое </w:t>
      </w:r>
      <w:proofErr w:type="spellStart"/>
      <w:r w:rsidRPr="008927A5">
        <w:t>Graph</w:t>
      </w:r>
      <w:proofErr w:type="spellEnd"/>
      <w:r w:rsidRPr="008927A5">
        <w:t>‑RAG и почему он повышает проверяемость ответа?</w:t>
      </w:r>
    </w:p>
    <w:p w14:paraId="19FC6CF8" w14:textId="77777777" w:rsidR="004D7E0A" w:rsidRPr="008927A5" w:rsidRDefault="00000000">
      <w:r w:rsidRPr="008927A5">
        <w:rPr>
          <w:b/>
          <w:sz w:val="24"/>
        </w:rPr>
        <w:t>2.4. Трек «Разработка API / Прикладные сервисы» — 8 вопросов</w:t>
      </w:r>
    </w:p>
    <w:p w14:paraId="03ED2FE7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 xml:space="preserve">1) Чем REST отличается от </w:t>
      </w:r>
      <w:proofErr w:type="spellStart"/>
      <w:r w:rsidRPr="008927A5">
        <w:t>GraphQL</w:t>
      </w:r>
      <w:proofErr w:type="spellEnd"/>
      <w:r w:rsidRPr="008927A5">
        <w:t xml:space="preserve"> (в 2–3 предложениях)?</w:t>
      </w:r>
    </w:p>
    <w:p w14:paraId="3D53612C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2) Что такое схема API и зачем она нужна?</w:t>
      </w:r>
    </w:p>
    <w:p w14:paraId="42C3ADED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Какие коды ошибок вы знаете (например, 400/401/403/404/500) и что они значат?</w:t>
      </w:r>
    </w:p>
    <w:p w14:paraId="67F427E0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Что такое аутентификация и авторизация? (разница)</w:t>
      </w:r>
    </w:p>
    <w:p w14:paraId="1CAAA0DB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Как документировать API, чтобы его могли использовать другие команды?</w:t>
      </w:r>
    </w:p>
    <w:p w14:paraId="58E9BB49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Сценарий: «нужно отдать данные графа наружу» — какие риски (качество/безопасность/право)?</w:t>
      </w:r>
    </w:p>
    <w:p w14:paraId="19C2D589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lastRenderedPageBreak/>
        <w:t>7) Назовите 3 практики качества кода в командной разработке.</w:t>
      </w:r>
    </w:p>
    <w:p w14:paraId="62869F77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Что бы вы включили в минимальный контракт интерфейса сервиса (входы/выходы/ограничения)?</w:t>
      </w:r>
    </w:p>
    <w:p w14:paraId="61A088FF" w14:textId="77777777" w:rsidR="004D7E0A" w:rsidRPr="008927A5" w:rsidRDefault="00000000">
      <w:r w:rsidRPr="008927A5">
        <w:rPr>
          <w:b/>
          <w:sz w:val="24"/>
        </w:rPr>
        <w:t>2.5. Трек «Коммуникации / Методика / Координация» — 8 вопросов</w:t>
      </w:r>
    </w:p>
    <w:p w14:paraId="66B486A3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1) Как вы организуете канал коммуникаций, чтобы он не превращался в хаос? (правила, теги, форматы).</w:t>
      </w:r>
    </w:p>
    <w:p w14:paraId="369DF98D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2) Что такое протокол встречи и какие поля в нём обязательны?</w:t>
      </w:r>
    </w:p>
    <w:p w14:paraId="657B63FF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Чем отличается «задача» от «обсуждения» и как это фиксировать в трекере?</w:t>
      </w:r>
    </w:p>
    <w:p w14:paraId="49B81C4E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Как вы проверяете, что артефакт готов к приёмке? (чек‑лист из 5 пунктов).</w:t>
      </w:r>
    </w:p>
    <w:p w14:paraId="3722C10A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Сценарий: конфликт в команде по приоритетам — как действовать?</w:t>
      </w:r>
    </w:p>
    <w:p w14:paraId="4B547B44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Сценарий: участник пропал и не передал результат — как минимизировать риск?</w:t>
      </w:r>
    </w:p>
    <w:p w14:paraId="0309C95B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7) Как вы измерите прогресс команды за 2 недели (метрики/сигналы)?</w:t>
      </w:r>
    </w:p>
    <w:p w14:paraId="297E5FE2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Как подготовить краткое резюме недели для потока (структура 5–7 строк)?</w:t>
      </w:r>
    </w:p>
    <w:p w14:paraId="703120F1" w14:textId="77777777" w:rsidR="004D7E0A" w:rsidRPr="008927A5" w:rsidRDefault="00000000">
      <w:r w:rsidRPr="008927A5">
        <w:rPr>
          <w:b/>
          <w:sz w:val="24"/>
        </w:rPr>
        <w:t>2.6. Трек «Кибербезопасность / DevSecOps / МФК‑5» — 10 вопросов</w:t>
      </w:r>
    </w:p>
    <w:p w14:paraId="27C9A51A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1) Расшифруйте и поясните: IOC, CVE, TTP (по 1 предложению).</w:t>
      </w:r>
    </w:p>
    <w:p w14:paraId="7DCFB17B" w14:textId="3911163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2) Что такое CTI и какие бывают источники CTI? (2–3 примера).</w:t>
      </w:r>
    </w:p>
    <w:p w14:paraId="23D8B020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3) Что такое MITRE ATT&amp;CK и как её можно представить в виде графа?</w:t>
      </w:r>
    </w:p>
    <w:p w14:paraId="4AE97997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4) Что такое STIX/TAXII (на уровне назначения)?</w:t>
      </w:r>
    </w:p>
    <w:p w14:paraId="79EA7802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5) Чем инцидент отличается от уязвимости?</w:t>
      </w:r>
    </w:p>
    <w:p w14:paraId="330AE2FB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6) Что значит «цепочка событий» при расследовании инцидента и как граф помогает?</w:t>
      </w:r>
    </w:p>
    <w:p w14:paraId="43B29392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7) Назовите 3 практики secure‑SDLC (безопасного жизненного цикла разработки).</w:t>
      </w:r>
    </w:p>
    <w:p w14:paraId="34D42075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8) Что такое журналирование (логирование) и какие риски есть у логов (ИБ/персональные данные)?</w:t>
      </w:r>
    </w:p>
    <w:p w14:paraId="48EDE8DE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9) Сценарий: в отчёте CTI есть противоречия — что вы делаете, чтобы не внести неверный факт?</w:t>
      </w:r>
    </w:p>
    <w:p w14:paraId="6A0B679C" w14:textId="77777777" w:rsidR="004D7E0A" w:rsidRPr="008927A5" w:rsidRDefault="00000000" w:rsidP="008927A5">
      <w:pPr>
        <w:pStyle w:val="a0"/>
        <w:numPr>
          <w:ilvl w:val="0"/>
          <w:numId w:val="0"/>
        </w:numPr>
      </w:pPr>
      <w:r w:rsidRPr="008927A5">
        <w:t>10) Какие артефакты вы ожидаете на выходе кибер‑трека? (граф/запросы/отчёт/учение и т.п.)</w:t>
      </w:r>
    </w:p>
    <w:p w14:paraId="5292B924" w14:textId="77777777" w:rsidR="004D7E0A" w:rsidRPr="008927A5" w:rsidRDefault="00000000">
      <w:r w:rsidRPr="008927A5">
        <w:rPr>
          <w:b/>
          <w:sz w:val="28"/>
        </w:rPr>
        <w:t>3. ПРАКТИЧЕСКОЕ ТЕСТОВОЕ ЗАДАНИЕ (один вариант на выбор)</w:t>
      </w:r>
    </w:p>
    <w:p w14:paraId="61D58260" w14:textId="77777777" w:rsidR="004D7E0A" w:rsidRPr="008927A5" w:rsidRDefault="00000000">
      <w:r w:rsidRPr="008927A5">
        <w:t>Выберите ОДИН вариант, соответствующий вашей основной роли. Сдача — в виде артефакта (репозиторий или архив) + README, чтобы результат можно было воспроизвести.</w:t>
      </w:r>
    </w:p>
    <w:p w14:paraId="56F79715" w14:textId="77777777" w:rsidR="004D7E0A" w:rsidRPr="008927A5" w:rsidRDefault="00000000">
      <w:r w:rsidRPr="008927A5">
        <w:rPr>
          <w:b/>
          <w:sz w:val="24"/>
        </w:rPr>
        <w:t>Общий формат сдачи (для всех вариантов)</w:t>
      </w:r>
    </w:p>
    <w:p w14:paraId="736BE448" w14:textId="77777777" w:rsidR="004D7E0A" w:rsidRPr="008927A5" w:rsidRDefault="00000000">
      <w:pPr>
        <w:pStyle w:val="a0"/>
      </w:pPr>
      <w:r w:rsidRPr="008927A5">
        <w:t>README.md (или .</w:t>
      </w:r>
      <w:proofErr w:type="spellStart"/>
      <w:r w:rsidRPr="008927A5">
        <w:t>docx</w:t>
      </w:r>
      <w:proofErr w:type="spellEnd"/>
      <w:r w:rsidRPr="008927A5">
        <w:t>) с: целью, входами/выходами, шагами запуска/проверки, версиями инструментов, скриншотами/логами демонстрации.</w:t>
      </w:r>
    </w:p>
    <w:p w14:paraId="0D218E54" w14:textId="77777777" w:rsidR="004D7E0A" w:rsidRPr="008927A5" w:rsidRDefault="00000000">
      <w:pPr>
        <w:pStyle w:val="a0"/>
      </w:pPr>
      <w:r w:rsidRPr="008927A5">
        <w:t>Краткая записка «что сделано / что не сделано / риски / что бы сделал дальше» (8–12 строк).</w:t>
      </w:r>
    </w:p>
    <w:p w14:paraId="5B5DDCD8" w14:textId="77777777" w:rsidR="004D7E0A" w:rsidRPr="008927A5" w:rsidRDefault="00000000">
      <w:pPr>
        <w:pStyle w:val="a0"/>
      </w:pPr>
      <w:r w:rsidRPr="008927A5">
        <w:t>2–3 задачи (</w:t>
      </w:r>
      <w:proofErr w:type="spellStart"/>
      <w:r w:rsidRPr="008927A5">
        <w:t>issues</w:t>
      </w:r>
      <w:proofErr w:type="spellEnd"/>
      <w:r w:rsidRPr="008927A5">
        <w:t>) в трекере: что ещё нужно сделать, критерии готовности, оценка трудозатрат.</w:t>
      </w:r>
    </w:p>
    <w:p w14:paraId="3AEE2A61" w14:textId="77777777" w:rsidR="004D7E0A" w:rsidRPr="008927A5" w:rsidRDefault="00000000">
      <w:r w:rsidRPr="008927A5">
        <w:rPr>
          <w:b/>
          <w:sz w:val="24"/>
        </w:rPr>
        <w:t>Вариант A — DevOps / инфраструктура учебного контура</w:t>
      </w:r>
    </w:p>
    <w:p w14:paraId="5DDC91E5" w14:textId="77777777" w:rsidR="004D7E0A" w:rsidRPr="008927A5" w:rsidRDefault="00000000">
      <w:r w:rsidRPr="008927A5">
        <w:lastRenderedPageBreak/>
        <w:t>Задача: развернуть локально (или на сервере, если есть доступ) минимальный учебный контур: репозиторий + чат/уведомления (можно мок/описание) + хранилище (можно мок/описание) + мониторинг (минимум).</w:t>
      </w:r>
    </w:p>
    <w:p w14:paraId="71D5E30B" w14:textId="77777777" w:rsidR="004D7E0A" w:rsidRPr="008927A5" w:rsidRDefault="00000000">
      <w:r w:rsidRPr="008927A5">
        <w:t>Минимум (принимается):</w:t>
      </w:r>
    </w:p>
    <w:p w14:paraId="35740991" w14:textId="77777777" w:rsidR="004D7E0A" w:rsidRPr="008927A5" w:rsidRDefault="00000000">
      <w:pPr>
        <w:pStyle w:val="a0"/>
      </w:pPr>
      <w:proofErr w:type="spellStart"/>
      <w:r w:rsidRPr="008927A5">
        <w:t>docker‑</w:t>
      </w:r>
      <w:proofErr w:type="gramStart"/>
      <w:r w:rsidRPr="008927A5">
        <w:t>compose.yaml</w:t>
      </w:r>
      <w:proofErr w:type="spellEnd"/>
      <w:proofErr w:type="gramEnd"/>
      <w:r w:rsidRPr="008927A5">
        <w:t xml:space="preserve"> (или инструкции установки) минимум для 2 сервисов: один «ядро» (например, </w:t>
      </w:r>
      <w:proofErr w:type="spellStart"/>
      <w:r w:rsidRPr="008927A5">
        <w:t>git</w:t>
      </w:r>
      <w:proofErr w:type="spellEnd"/>
      <w:r w:rsidRPr="008927A5">
        <w:t>‑сервис/реестр/хранилище) и один «наблюдаемость» (метрики или логи).</w:t>
      </w:r>
    </w:p>
    <w:p w14:paraId="3F9FE128" w14:textId="77777777" w:rsidR="004D7E0A" w:rsidRPr="008927A5" w:rsidRDefault="00000000">
      <w:pPr>
        <w:pStyle w:val="a0"/>
      </w:pPr>
      <w:r w:rsidRPr="008927A5">
        <w:t>README с инструкцией запуска и проверкой работоспособности (команды, порты, что видно).</w:t>
      </w:r>
    </w:p>
    <w:p w14:paraId="738DA16E" w14:textId="77777777" w:rsidR="004D7E0A" w:rsidRPr="008927A5" w:rsidRDefault="00000000">
      <w:pPr>
        <w:pStyle w:val="a0"/>
      </w:pPr>
      <w:r w:rsidRPr="008927A5">
        <w:t>План безопасности: как храните секреты; какие доступы/роли; минимальные меры защиты.</w:t>
      </w:r>
    </w:p>
    <w:p w14:paraId="1B76FA5D" w14:textId="77777777" w:rsidR="004D7E0A" w:rsidRPr="008927A5" w:rsidRDefault="00000000">
      <w:r w:rsidRPr="008927A5">
        <w:rPr>
          <w:b/>
          <w:sz w:val="24"/>
        </w:rPr>
        <w:t>Вариант B — Граф знаний / онтология (мини‑модель)</w:t>
      </w:r>
    </w:p>
    <w:p w14:paraId="3E6F8FF0" w14:textId="77777777" w:rsidR="004D7E0A" w:rsidRPr="008927A5" w:rsidRDefault="00000000">
      <w:r w:rsidRPr="008927A5">
        <w:t>Задача: выбрать микро‑домен (не менее 6 сущностей и 6 типов связей) и представить 12–15 атомарных фактов с источниками и метаданными.</w:t>
      </w:r>
    </w:p>
    <w:p w14:paraId="58F1AEF8" w14:textId="77777777" w:rsidR="004D7E0A" w:rsidRPr="008927A5" w:rsidRDefault="00000000">
      <w:r w:rsidRPr="008927A5">
        <w:t>Минимум (принимается):</w:t>
      </w:r>
    </w:p>
    <w:p w14:paraId="4AD2568E" w14:textId="77777777" w:rsidR="004D7E0A" w:rsidRPr="008927A5" w:rsidRDefault="00000000">
      <w:pPr>
        <w:pStyle w:val="a0"/>
      </w:pPr>
      <w:r w:rsidRPr="008927A5">
        <w:t>Схема сущности/связи (диаграмма) + краткое описание классов/отношений.</w:t>
      </w:r>
    </w:p>
    <w:p w14:paraId="024F6619" w14:textId="77777777" w:rsidR="004D7E0A" w:rsidRPr="008927A5" w:rsidRDefault="00000000">
      <w:pPr>
        <w:pStyle w:val="a0"/>
      </w:pPr>
      <w:r w:rsidRPr="008927A5">
        <w:t>Таблица фактов (CSV/JSON/YAML): факт, сущность‑субъект, связь, объект, источник, дата/версия.</w:t>
      </w:r>
    </w:p>
    <w:p w14:paraId="3B0C7EC3" w14:textId="77777777" w:rsidR="004D7E0A" w:rsidRPr="008927A5" w:rsidRDefault="00000000">
      <w:pPr>
        <w:pStyle w:val="a0"/>
      </w:pPr>
      <w:r w:rsidRPr="008927A5">
        <w:t>5 запросов (в псевдо‑SPARQL или естественным языком «что должен вернуть запрос»).</w:t>
      </w:r>
    </w:p>
    <w:p w14:paraId="6967C2BA" w14:textId="77777777" w:rsidR="004D7E0A" w:rsidRPr="008927A5" w:rsidRDefault="00000000">
      <w:r w:rsidRPr="008927A5">
        <w:rPr>
          <w:b/>
          <w:sz w:val="24"/>
        </w:rPr>
        <w:t>Вариант C — Data Engineering / качество и прослеживаемость</w:t>
      </w:r>
    </w:p>
    <w:p w14:paraId="4CA639C7" w14:textId="77777777" w:rsidR="004D7E0A" w:rsidRPr="008927A5" w:rsidRDefault="00000000">
      <w:r w:rsidRPr="008927A5">
        <w:t>Задача: взять небольшой открытый набор данных (или учебный фрагмент) и описать конвейер: извлечение → нормализация → проверка качества → подготовка к загрузке в граф.</w:t>
      </w:r>
    </w:p>
    <w:p w14:paraId="200369D3" w14:textId="77777777" w:rsidR="004D7E0A" w:rsidRPr="008927A5" w:rsidRDefault="00000000">
      <w:r w:rsidRPr="008927A5">
        <w:t>Минимум (принимается):</w:t>
      </w:r>
    </w:p>
    <w:p w14:paraId="3DFF9806" w14:textId="77777777" w:rsidR="004D7E0A" w:rsidRPr="008927A5" w:rsidRDefault="00000000">
      <w:pPr>
        <w:pStyle w:val="a0"/>
      </w:pPr>
      <w:r w:rsidRPr="008927A5">
        <w:t>Описание источника и лицензии (1 абзац).</w:t>
      </w:r>
    </w:p>
    <w:p w14:paraId="1177E5E4" w14:textId="77777777" w:rsidR="004D7E0A" w:rsidRPr="008927A5" w:rsidRDefault="00000000">
      <w:pPr>
        <w:pStyle w:val="a0"/>
      </w:pPr>
      <w:r w:rsidRPr="008927A5">
        <w:t>Схема преобразований (ETL) + таблица полей до/после.</w:t>
      </w:r>
    </w:p>
    <w:p w14:paraId="3FBB08C9" w14:textId="77777777" w:rsidR="004D7E0A" w:rsidRPr="008927A5" w:rsidRDefault="00000000">
      <w:pPr>
        <w:pStyle w:val="a0"/>
      </w:pPr>
      <w:r w:rsidRPr="008927A5">
        <w:t>3 правила качества (валидаторы) + пример отчёта о проверке.</w:t>
      </w:r>
    </w:p>
    <w:p w14:paraId="054CE043" w14:textId="77777777" w:rsidR="004D7E0A" w:rsidRPr="008927A5" w:rsidRDefault="00000000">
      <w:pPr>
        <w:pStyle w:val="a0"/>
      </w:pPr>
      <w:r w:rsidRPr="008927A5">
        <w:t xml:space="preserve">Карта </w:t>
      </w:r>
      <w:proofErr w:type="spellStart"/>
      <w:r w:rsidRPr="008927A5">
        <w:t>lineage</w:t>
      </w:r>
      <w:proofErr w:type="spellEnd"/>
      <w:r w:rsidRPr="008927A5">
        <w:t>: какие шаги меняют данные и где хранится результат.</w:t>
      </w:r>
    </w:p>
    <w:p w14:paraId="71442AA0" w14:textId="77777777" w:rsidR="004D7E0A" w:rsidRPr="008927A5" w:rsidRDefault="00000000">
      <w:r w:rsidRPr="008927A5">
        <w:rPr>
          <w:b/>
          <w:sz w:val="24"/>
        </w:rPr>
        <w:t>Вариант D — API / сервис (контракт интерфейса)</w:t>
      </w:r>
    </w:p>
    <w:p w14:paraId="5F24367B" w14:textId="77777777" w:rsidR="004D7E0A" w:rsidRPr="008927A5" w:rsidRDefault="00000000">
      <w:r w:rsidRPr="008927A5">
        <w:t xml:space="preserve">Задача: спроектировать минимальный контракт API (REST или </w:t>
      </w:r>
      <w:proofErr w:type="spellStart"/>
      <w:r w:rsidRPr="008927A5">
        <w:t>GraphQL</w:t>
      </w:r>
      <w:proofErr w:type="spellEnd"/>
      <w:r w:rsidRPr="008927A5">
        <w:t>) для доступа к сущностям графа выбранного микро‑домена.</w:t>
      </w:r>
    </w:p>
    <w:p w14:paraId="0B4AFE5A" w14:textId="77777777" w:rsidR="004D7E0A" w:rsidRPr="008927A5" w:rsidRDefault="00000000">
      <w:r w:rsidRPr="008927A5">
        <w:t>Минимум (принимается):</w:t>
      </w:r>
    </w:p>
    <w:p w14:paraId="570C8B3A" w14:textId="77777777" w:rsidR="004D7E0A" w:rsidRPr="008927A5" w:rsidRDefault="00000000">
      <w:pPr>
        <w:pStyle w:val="a0"/>
      </w:pPr>
      <w:r w:rsidRPr="008927A5">
        <w:t xml:space="preserve">Спецификация интерфейса: </w:t>
      </w:r>
      <w:proofErr w:type="spellStart"/>
      <w:r w:rsidRPr="008927A5">
        <w:t>эндпоинты</w:t>
      </w:r>
      <w:proofErr w:type="spellEnd"/>
      <w:r w:rsidRPr="008927A5">
        <w:t>/типы/поля, входы/выходы, примеры запросов и ответов.</w:t>
      </w:r>
    </w:p>
    <w:p w14:paraId="17460352" w14:textId="77777777" w:rsidR="004D7E0A" w:rsidRPr="008927A5" w:rsidRDefault="00000000">
      <w:pPr>
        <w:pStyle w:val="a0"/>
      </w:pPr>
      <w:r w:rsidRPr="008927A5">
        <w:t>Описание аутентификации/авторизации (модель ролей) и рисков.</w:t>
      </w:r>
    </w:p>
    <w:p w14:paraId="73FA0CB2" w14:textId="77777777" w:rsidR="004D7E0A" w:rsidRPr="008927A5" w:rsidRDefault="00000000">
      <w:pPr>
        <w:pStyle w:val="a0"/>
      </w:pPr>
      <w:r w:rsidRPr="008927A5">
        <w:t>Набор из 5 тест‑кейсов (что проверяем).</w:t>
      </w:r>
    </w:p>
    <w:p w14:paraId="5AC5F370" w14:textId="77777777" w:rsidR="004D7E0A" w:rsidRPr="008927A5" w:rsidRDefault="00000000">
      <w:r w:rsidRPr="008927A5">
        <w:rPr>
          <w:b/>
          <w:sz w:val="24"/>
        </w:rPr>
        <w:lastRenderedPageBreak/>
        <w:t xml:space="preserve">Вариант E — Координация / методика / документация </w:t>
      </w:r>
      <w:proofErr w:type="spellStart"/>
      <w:r w:rsidRPr="008927A5">
        <w:rPr>
          <w:b/>
          <w:sz w:val="24"/>
        </w:rPr>
        <w:t>онбординга</w:t>
      </w:r>
      <w:proofErr w:type="spellEnd"/>
    </w:p>
    <w:p w14:paraId="7718E361" w14:textId="77777777" w:rsidR="004D7E0A" w:rsidRPr="008927A5" w:rsidRDefault="00000000">
      <w:r w:rsidRPr="008927A5">
        <w:t xml:space="preserve">Задача: подготовить «пакет запуска потока» на 1 неделю: правила коммуникаций, структура материалов, шаблон протокола встречи, шаблон </w:t>
      </w:r>
      <w:proofErr w:type="spellStart"/>
      <w:r w:rsidRPr="008927A5">
        <w:t>issue</w:t>
      </w:r>
      <w:proofErr w:type="spellEnd"/>
      <w:r w:rsidRPr="008927A5">
        <w:t xml:space="preserve"> и критерии приёмки.</w:t>
      </w:r>
    </w:p>
    <w:p w14:paraId="10D7FC53" w14:textId="77777777" w:rsidR="004D7E0A" w:rsidRPr="008927A5" w:rsidRDefault="00000000">
      <w:r w:rsidRPr="008927A5">
        <w:t>Минимум (принимается):</w:t>
      </w:r>
    </w:p>
    <w:p w14:paraId="48F7A7D6" w14:textId="77777777" w:rsidR="004D7E0A" w:rsidRPr="008927A5" w:rsidRDefault="00000000">
      <w:pPr>
        <w:pStyle w:val="a0"/>
      </w:pPr>
      <w:r w:rsidRPr="008927A5">
        <w:t xml:space="preserve">Один документ (или папка) с 4 шаблонами: протокол, </w:t>
      </w:r>
      <w:proofErr w:type="spellStart"/>
      <w:r w:rsidRPr="008927A5">
        <w:t>issue</w:t>
      </w:r>
      <w:proofErr w:type="spellEnd"/>
      <w:r w:rsidRPr="008927A5">
        <w:t>, README/инструкция, чек‑лист приёмки.</w:t>
      </w:r>
    </w:p>
    <w:p w14:paraId="5FEE929C" w14:textId="77777777" w:rsidR="004D7E0A" w:rsidRPr="008927A5" w:rsidRDefault="00000000">
      <w:pPr>
        <w:pStyle w:val="a0"/>
      </w:pPr>
      <w:r w:rsidRPr="008927A5">
        <w:t>Регламент статусов: как часто, кто ведёт, что фиксируем.</w:t>
      </w:r>
    </w:p>
    <w:p w14:paraId="5E7B4AA7" w14:textId="77777777" w:rsidR="004D7E0A" w:rsidRPr="008927A5" w:rsidRDefault="00000000">
      <w:pPr>
        <w:pStyle w:val="a0"/>
      </w:pPr>
      <w:r w:rsidRPr="008927A5">
        <w:t xml:space="preserve">Черновик «страницы </w:t>
      </w:r>
      <w:proofErr w:type="spellStart"/>
      <w:r w:rsidRPr="008927A5">
        <w:t>онбординга</w:t>
      </w:r>
      <w:proofErr w:type="spellEnd"/>
      <w:r w:rsidRPr="008927A5">
        <w:t>» для LMS/сайта (1–1,5 страницы).</w:t>
      </w:r>
    </w:p>
    <w:p w14:paraId="3AEBDCA8" w14:textId="77777777" w:rsidR="004D7E0A" w:rsidRPr="008927A5" w:rsidRDefault="00000000">
      <w:r w:rsidRPr="008927A5">
        <w:rPr>
          <w:b/>
          <w:sz w:val="24"/>
        </w:rPr>
        <w:t>Вариант F — Кибер‑трек (МФК‑5): мини‑кибер‑граф и сценарий анализа</w:t>
      </w:r>
    </w:p>
    <w:p w14:paraId="057CF9C4" w14:textId="77777777" w:rsidR="004D7E0A" w:rsidRPr="008927A5" w:rsidRDefault="00000000">
      <w:r w:rsidRPr="008927A5">
        <w:t>Задача: построить маленький «кибер‑граф» (IOC/CVE/TTP/актор/кампания/контрмера) по одному инцидентному сценарию и показать 3–5 запросов/гипотез анализа.</w:t>
      </w:r>
    </w:p>
    <w:p w14:paraId="26869ACA" w14:textId="77777777" w:rsidR="004D7E0A" w:rsidRPr="008927A5" w:rsidRDefault="00000000">
      <w:r w:rsidRPr="008927A5">
        <w:t>Минимум (принимается):</w:t>
      </w:r>
    </w:p>
    <w:p w14:paraId="14ECEEE8" w14:textId="77777777" w:rsidR="004D7E0A" w:rsidRPr="008927A5" w:rsidRDefault="00000000">
      <w:pPr>
        <w:pStyle w:val="a0"/>
      </w:pPr>
      <w:r w:rsidRPr="008927A5">
        <w:t>Список сущностей и связей (минимум 12 фактов) с ссылками на источники (официальные справочники/CTI‑отчёты).</w:t>
      </w:r>
    </w:p>
    <w:p w14:paraId="6096049C" w14:textId="77777777" w:rsidR="004D7E0A" w:rsidRPr="008927A5" w:rsidRDefault="00000000">
      <w:pPr>
        <w:pStyle w:val="a0"/>
      </w:pPr>
      <w:r w:rsidRPr="008927A5">
        <w:t>Диаграмма графа и 3–5 запросов: «какие TTP связаны с IOC», «какие CVE использовались», «какие контрмеры перекрывают цепочку».</w:t>
      </w:r>
    </w:p>
    <w:p w14:paraId="763BB5B3" w14:textId="77777777" w:rsidR="004D7E0A" w:rsidRPr="008927A5" w:rsidRDefault="00000000">
      <w:pPr>
        <w:pStyle w:val="a0"/>
      </w:pPr>
      <w:r w:rsidRPr="008927A5">
        <w:t>Короткая записка по требованиям ИБ/права: что можно/нельзя хранить, как обезличивать.</w:t>
      </w:r>
    </w:p>
    <w:p w14:paraId="6BB69CD8" w14:textId="77777777" w:rsidR="004D7E0A" w:rsidRPr="008927A5" w:rsidRDefault="00000000">
      <w:r w:rsidRPr="008927A5">
        <w:rPr>
          <w:b/>
          <w:sz w:val="28"/>
        </w:rPr>
        <w:t xml:space="preserve">4. Рубрика оценивания (для отбора </w:t>
      </w:r>
      <w:proofErr w:type="spellStart"/>
      <w:r w:rsidRPr="008927A5">
        <w:rPr>
          <w:b/>
          <w:sz w:val="28"/>
        </w:rPr>
        <w:t>лидов</w:t>
      </w:r>
      <w:proofErr w:type="spellEnd"/>
      <w:r w:rsidRPr="008927A5">
        <w:rPr>
          <w:b/>
          <w:sz w:val="28"/>
        </w:rPr>
        <w:t xml:space="preserve"> и назначения задач)</w:t>
      </w:r>
    </w:p>
    <w:p w14:paraId="57ABFE62" w14:textId="77777777" w:rsidR="004D7E0A" w:rsidRPr="008927A5" w:rsidRDefault="00000000">
      <w:r w:rsidRPr="008927A5">
        <w:t>Оценивание делается по 4 осям (0–3 каждая).</w:t>
      </w:r>
    </w:p>
    <w:p w14:paraId="7C4ACF70" w14:textId="77777777" w:rsidR="004D7E0A" w:rsidRPr="008927A5" w:rsidRDefault="00000000">
      <w:pPr>
        <w:pStyle w:val="a0"/>
      </w:pPr>
      <w:r w:rsidRPr="008927A5">
        <w:t>Содержательность: корректность и глубина (0—поверхностно; 3—глубоко и предметно).</w:t>
      </w:r>
    </w:p>
    <w:p w14:paraId="5D04F3B9" w14:textId="77777777" w:rsidR="004D7E0A" w:rsidRPr="008927A5" w:rsidRDefault="00000000">
      <w:pPr>
        <w:pStyle w:val="a0"/>
      </w:pPr>
      <w:r w:rsidRPr="008927A5">
        <w:t>Воспроизводимость: есть инструкция, версии, шаги проверки (0—нет; 3—полностью).</w:t>
      </w:r>
    </w:p>
    <w:p w14:paraId="2206D9C0" w14:textId="77777777" w:rsidR="004D7E0A" w:rsidRPr="008927A5" w:rsidRDefault="00000000">
      <w:pPr>
        <w:pStyle w:val="a0"/>
      </w:pPr>
      <w:r w:rsidRPr="008927A5">
        <w:t>Инженерная дисциплина: структура, аккуратность, задачи/критерии готовности (0—хаос; 3—как в проекте).</w:t>
      </w:r>
    </w:p>
    <w:p w14:paraId="7BDC508C" w14:textId="77777777" w:rsidR="004D7E0A" w:rsidRPr="008927A5" w:rsidRDefault="00000000">
      <w:pPr>
        <w:pStyle w:val="a0"/>
      </w:pPr>
      <w:r w:rsidRPr="008927A5">
        <w:t>Командная зрелость: понимание ролей, коммуникаций, рисков и ответственности (0—нет; 3—высокая).</w:t>
      </w:r>
    </w:p>
    <w:p w14:paraId="4E0AF4BC" w14:textId="77777777" w:rsidR="004D7E0A" w:rsidRPr="008927A5" w:rsidRDefault="00000000">
      <w:r w:rsidRPr="008927A5">
        <w:rPr>
          <w:b/>
        </w:rPr>
        <w:t xml:space="preserve">Кандидаты в административную группу и технические </w:t>
      </w:r>
      <w:proofErr w:type="spellStart"/>
      <w:r w:rsidRPr="008927A5">
        <w:rPr>
          <w:b/>
        </w:rPr>
        <w:t>лиды</w:t>
      </w:r>
      <w:proofErr w:type="spellEnd"/>
      <w:r w:rsidRPr="008927A5">
        <w:rPr>
          <w:b/>
        </w:rPr>
        <w:t xml:space="preserve"> рассматриваются в первую очередь при суммарном результате 8+ и наличии примеров ответственности/опыта.</w:t>
      </w:r>
    </w:p>
    <w:p w14:paraId="155B9D1A" w14:textId="77777777" w:rsidR="004D7E0A" w:rsidRPr="008927A5" w:rsidRDefault="00000000">
      <w:r w:rsidRPr="008927A5">
        <w:rPr>
          <w:b/>
          <w:sz w:val="28"/>
        </w:rPr>
        <w:t>5. Глоссарий (кратко)</w:t>
      </w:r>
    </w:p>
    <w:p w14:paraId="76A6A8E3" w14:textId="77777777" w:rsidR="004D7E0A" w:rsidRPr="008927A5" w:rsidRDefault="00000000">
      <w:pPr>
        <w:pStyle w:val="a0"/>
      </w:pPr>
      <w:r w:rsidRPr="008927A5">
        <w:t>Артефакт — оформленный результат (код/данные/документ/схема), который можно передать и проверить.</w:t>
      </w:r>
    </w:p>
    <w:p w14:paraId="72AA0060" w14:textId="77777777" w:rsidR="004D7E0A" w:rsidRPr="008927A5" w:rsidRDefault="00000000">
      <w:pPr>
        <w:pStyle w:val="a0"/>
      </w:pPr>
      <w:r w:rsidRPr="008927A5">
        <w:t xml:space="preserve">RACI — матрица ответственности: </w:t>
      </w:r>
      <w:proofErr w:type="spellStart"/>
      <w:r w:rsidRPr="008927A5">
        <w:t>Responsible</w:t>
      </w:r>
      <w:proofErr w:type="spellEnd"/>
      <w:r w:rsidRPr="008927A5">
        <w:t xml:space="preserve"> (делает), </w:t>
      </w:r>
      <w:proofErr w:type="spellStart"/>
      <w:r w:rsidRPr="008927A5">
        <w:t>Accountable</w:t>
      </w:r>
      <w:proofErr w:type="spellEnd"/>
      <w:r w:rsidRPr="008927A5">
        <w:t xml:space="preserve"> (отвечает), </w:t>
      </w:r>
      <w:proofErr w:type="spellStart"/>
      <w:r w:rsidRPr="008927A5">
        <w:t>Consulted</w:t>
      </w:r>
      <w:proofErr w:type="spellEnd"/>
      <w:r w:rsidRPr="008927A5">
        <w:t xml:space="preserve"> (консультирует), </w:t>
      </w:r>
      <w:proofErr w:type="spellStart"/>
      <w:r w:rsidRPr="008927A5">
        <w:t>Informed</w:t>
      </w:r>
      <w:proofErr w:type="spellEnd"/>
      <w:r w:rsidRPr="008927A5">
        <w:t xml:space="preserve"> (информируется).</w:t>
      </w:r>
    </w:p>
    <w:p w14:paraId="7EDD6313" w14:textId="77777777" w:rsidR="004D7E0A" w:rsidRPr="008927A5" w:rsidRDefault="00000000">
      <w:pPr>
        <w:pStyle w:val="a0"/>
      </w:pPr>
      <w:r w:rsidRPr="008927A5">
        <w:t>CI/CD — непрерывная интеграция и доставка: автоматизация сборки, тестов и развёртывания.</w:t>
      </w:r>
    </w:p>
    <w:p w14:paraId="0E2EC804" w14:textId="77777777" w:rsidR="004D7E0A" w:rsidRPr="008927A5" w:rsidRDefault="00000000">
      <w:pPr>
        <w:pStyle w:val="a0"/>
      </w:pPr>
      <w:r w:rsidRPr="008927A5">
        <w:lastRenderedPageBreak/>
        <w:t>DevSecOps — подход, где безопасность встроена в разработку и эксплуатацию (контроли, проверки, правила).</w:t>
      </w:r>
    </w:p>
    <w:p w14:paraId="33BBFB86" w14:textId="77777777" w:rsidR="004D7E0A" w:rsidRPr="008927A5" w:rsidRDefault="00000000">
      <w:pPr>
        <w:pStyle w:val="a0"/>
      </w:pPr>
      <w:r w:rsidRPr="008927A5">
        <w:t>CTI — Cyber Threat Intelligence: разведданные о киберугрозах.</w:t>
      </w:r>
    </w:p>
    <w:p w14:paraId="4DAD14C0" w14:textId="77777777" w:rsidR="004D7E0A" w:rsidRPr="008927A5" w:rsidRDefault="00000000">
      <w:pPr>
        <w:pStyle w:val="a0"/>
      </w:pPr>
      <w:r w:rsidRPr="008927A5">
        <w:t xml:space="preserve">IOC — </w:t>
      </w:r>
      <w:proofErr w:type="spellStart"/>
      <w:r w:rsidRPr="008927A5">
        <w:t>Indicator</w:t>
      </w:r>
      <w:proofErr w:type="spellEnd"/>
      <w:r w:rsidRPr="008927A5">
        <w:t xml:space="preserve"> of </w:t>
      </w:r>
      <w:proofErr w:type="spellStart"/>
      <w:r w:rsidRPr="008927A5">
        <w:t>Compromise</w:t>
      </w:r>
      <w:proofErr w:type="spellEnd"/>
      <w:r w:rsidRPr="008927A5">
        <w:t>: индикатор компрометации (признак атаки/вредоносной активности).</w:t>
      </w:r>
    </w:p>
    <w:sectPr w:rsidR="004D7E0A" w:rsidRPr="008927A5" w:rsidSect="008927A5">
      <w:pgSz w:w="12240" w:h="15840"/>
      <w:pgMar w:top="1440" w:right="180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51796344">
    <w:abstractNumId w:val="8"/>
  </w:num>
  <w:num w:numId="2" w16cid:durableId="1944219351">
    <w:abstractNumId w:val="6"/>
  </w:num>
  <w:num w:numId="3" w16cid:durableId="1911694382">
    <w:abstractNumId w:val="5"/>
  </w:num>
  <w:num w:numId="4" w16cid:durableId="1060054925">
    <w:abstractNumId w:val="4"/>
  </w:num>
  <w:num w:numId="5" w16cid:durableId="936987797">
    <w:abstractNumId w:val="7"/>
  </w:num>
  <w:num w:numId="6" w16cid:durableId="234509675">
    <w:abstractNumId w:val="3"/>
  </w:num>
  <w:num w:numId="7" w16cid:durableId="514346868">
    <w:abstractNumId w:val="2"/>
  </w:num>
  <w:num w:numId="8" w16cid:durableId="1609460344">
    <w:abstractNumId w:val="1"/>
  </w:num>
  <w:num w:numId="9" w16cid:durableId="891618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C6D27"/>
    <w:rsid w:val="004D7E0A"/>
    <w:rsid w:val="008927A5"/>
    <w:rsid w:val="00AA1D8D"/>
    <w:rsid w:val="00B47730"/>
    <w:rsid w:val="00CB0664"/>
    <w:rsid w:val="00F205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277D1C"/>
  <w14:defaultImageDpi w14:val="300"/>
  <w15:docId w15:val="{179D88F1-5ABB-4219-B6A0-FAE78019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eastAsia="Times New Roman" w:hAnsi="Times New Roman"/>
      <w:lang w:val="ru-RU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2222</Words>
  <Characters>12670</Characters>
  <DocSecurity>0</DocSecurity>
  <Lines>105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14863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2026-01-27T09:22:00Z</dcterms:created>
  <dcterms:modified xsi:type="dcterms:W3CDTF">2026-01-27T09:22:00Z</dcterms:modified>
  <cp:category/>
</cp:coreProperties>
</file>